
<file path=[Content_Types].xml><?xml version="1.0" encoding="utf-8"?>
<Types xmlns="http://schemas.openxmlformats.org/package/2006/content-types">
  <Default Extension="jpg" ContentType="image/jpeg"/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5EE"/>
  <w:body>
    <w:p w14:paraId="6D8938EE" w14:textId="77777777" w:rsidR="0003307A" w:rsidRPr="0024091D" w:rsidRDefault="00945515">
      <w:pPr>
        <w:jc w:val="center"/>
        <w:rPr>
          <w:sz w:val="32"/>
          <w:szCs w:val="32"/>
        </w:rPr>
      </w:pPr>
      <w:r w:rsidRPr="0024091D">
        <w:rPr>
          <w:rFonts w:ascii="Arial" w:hAnsi="Arial"/>
          <w:b/>
          <w:sz w:val="32"/>
          <w:szCs w:val="32"/>
        </w:rPr>
        <w:t>Särnmark bjuder in till en kostnadsfri föreläsning med Anna Holmlund</w:t>
      </w:r>
    </w:p>
    <w:p w14:paraId="4459F780" w14:textId="77777777" w:rsidR="0003307A" w:rsidRDefault="00945515">
      <w:pPr>
        <w:jc w:val="center"/>
      </w:pPr>
      <w:r>
        <w:rPr>
          <w:noProof/>
        </w:rPr>
        <w:drawing>
          <wp:inline distT="0" distB="0" distL="0" distR="0" wp14:anchorId="42D219A5" wp14:editId="6ED72009">
            <wp:extent cx="2603500" cy="122868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1 Inbjudan Anna Holmlun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29896" cy="1241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8B8D9" w14:textId="77777777" w:rsidR="0003307A" w:rsidRDefault="00945515">
      <w:r>
        <w:t>Anna berättar i sin föreläsning om sin barndom, skoltiden och åren efter gymnasiet. Hon delar hur hon fann Skicross, sin absoluta favoritgren inom skidåkning, och hur glädjen i sporten hjälpte henne nå höga mål.</w:t>
      </w:r>
      <w:r>
        <w:br/>
      </w:r>
      <w:r>
        <w:br/>
        <w:t>Hon berättar också om olyckan och tiden efter den, fram till idag. Helt plötsligt skulle hon sätta nya mål i livet – och fortsätta träna, nu kanske hårdare än någonsin, på ett helt annat sätt och med nya förutsättningar.</w:t>
      </w:r>
      <w:r>
        <w:br/>
      </w:r>
      <w:r>
        <w:br/>
        <w:t>Förutom Annas fantastiska föreläsning får man ta del av innovativa sätt att få till träning individuellt eller i grupp.</w:t>
      </w:r>
      <w:r>
        <w:br/>
      </w:r>
      <w:r>
        <w:br/>
        <w:t>Läs mer om Anna Holmlund: www.annaholmlund.com</w:t>
      </w:r>
    </w:p>
    <w:p w14:paraId="14584463" w14:textId="77777777" w:rsidR="0003307A" w:rsidRDefault="00945515">
      <w:pPr>
        <w:jc w:val="center"/>
      </w:pPr>
      <w:r>
        <w:rPr>
          <w:noProof/>
        </w:rPr>
        <w:drawing>
          <wp:inline distT="0" distB="0" distL="0" distR="0" wp14:anchorId="480D7B4F" wp14:editId="3A01014D">
            <wp:extent cx="1092034" cy="1080086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2 Inbjudan Anna Holmlund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8841" cy="109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43E7E" w14:textId="77777777" w:rsidR="0003307A" w:rsidRDefault="00945515">
      <w:pPr>
        <w:jc w:val="center"/>
      </w:pPr>
      <w:r>
        <w:rPr>
          <w:b/>
          <w:sz w:val="36"/>
        </w:rPr>
        <w:t xml:space="preserve">✨ </w:t>
      </w:r>
      <w:r w:rsidRPr="0024091D">
        <w:rPr>
          <w:b/>
        </w:rPr>
        <w:t>Medverkar:</w:t>
      </w:r>
    </w:p>
    <w:p w14:paraId="6A1E27E9" w14:textId="77777777" w:rsidR="0003307A" w:rsidRDefault="00945515">
      <w:pPr>
        <w:jc w:val="center"/>
      </w:pPr>
      <w:r>
        <w:rPr>
          <w:noProof/>
        </w:rPr>
        <w:drawing>
          <wp:inline distT="0" distB="0" distL="0" distR="0" wp14:anchorId="67DA8B99" wp14:editId="6D017B67">
            <wp:extent cx="898746" cy="3085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ärnmark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8484" cy="31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8B9B81" wp14:editId="0F40A6A8">
            <wp:extent cx="885726" cy="1803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bbie_logotyp_RGB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7117" cy="18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BFFA20" wp14:editId="35B51B28">
            <wp:extent cx="702231" cy="396875"/>
            <wp:effectExtent l="0" t="0" r="3175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dla logo solo rund_g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3084" cy="40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E0211" w14:textId="03AAE891" w:rsidR="0003307A" w:rsidRPr="0024091D" w:rsidRDefault="00945515">
      <w:pPr>
        <w:jc w:val="center"/>
        <w:rPr>
          <w:bCs/>
        </w:rPr>
      </w:pPr>
      <w:r w:rsidRPr="0024091D">
        <w:rPr>
          <w:b/>
        </w:rPr>
        <w:t>Göteborg – Ons 25 mars, 18:00–20:00</w:t>
      </w:r>
      <w:r w:rsidRPr="0024091D">
        <w:rPr>
          <w:b/>
        </w:rPr>
        <w:br/>
      </w:r>
      <w:r w:rsidRPr="0024091D">
        <w:t>Kviberg Park Hotell &amp; Conference – www.kvibergparkhotell.se</w:t>
      </w:r>
      <w:r w:rsidRPr="0024091D">
        <w:br/>
      </w:r>
      <w:r w:rsidRPr="0024091D">
        <w:rPr>
          <w:sz w:val="26"/>
        </w:rPr>
        <w:br/>
      </w:r>
      <w:r w:rsidRPr="00F71095">
        <w:rPr>
          <w:b/>
          <w:bCs/>
        </w:rPr>
        <w:t>Anmälan</w:t>
      </w:r>
      <w:r w:rsidRPr="00F71095">
        <w:t>: jolanda.madia@sarnmark.se</w:t>
      </w:r>
      <w:r w:rsidRPr="00F71095">
        <w:br/>
        <w:t>Frågor: 073‑096 54 78</w:t>
      </w:r>
      <w:r w:rsidRPr="00F71095">
        <w:br/>
      </w:r>
      <w:r>
        <w:rPr>
          <w:sz w:val="26"/>
        </w:rPr>
        <w:br/>
      </w:r>
      <w:r w:rsidRPr="0024091D">
        <w:rPr>
          <w:bCs/>
        </w:rPr>
        <w:t xml:space="preserve">Välkommen till en </w:t>
      </w:r>
      <w:r w:rsidR="0024091D" w:rsidRPr="0024091D">
        <w:rPr>
          <w:bCs/>
        </w:rPr>
        <w:t>föreläsning</w:t>
      </w:r>
      <w:r w:rsidRPr="0024091D">
        <w:rPr>
          <w:bCs/>
        </w:rPr>
        <w:t xml:space="preserve"> fylld av inspiration, glädje, hopp och skratt!</w:t>
      </w:r>
    </w:p>
    <w:sectPr w:rsidR="0003307A" w:rsidRPr="002409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8094958">
    <w:abstractNumId w:val="8"/>
  </w:num>
  <w:num w:numId="2" w16cid:durableId="979114540">
    <w:abstractNumId w:val="6"/>
  </w:num>
  <w:num w:numId="3" w16cid:durableId="390612976">
    <w:abstractNumId w:val="5"/>
  </w:num>
  <w:num w:numId="4" w16cid:durableId="1108619974">
    <w:abstractNumId w:val="4"/>
  </w:num>
  <w:num w:numId="5" w16cid:durableId="1158883906">
    <w:abstractNumId w:val="7"/>
  </w:num>
  <w:num w:numId="6" w16cid:durableId="1320765055">
    <w:abstractNumId w:val="3"/>
  </w:num>
  <w:num w:numId="7" w16cid:durableId="2081638194">
    <w:abstractNumId w:val="2"/>
  </w:num>
  <w:num w:numId="8" w16cid:durableId="1997877460">
    <w:abstractNumId w:val="1"/>
  </w:num>
  <w:num w:numId="9" w16cid:durableId="142796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07A"/>
    <w:rsid w:val="00034616"/>
    <w:rsid w:val="00041C0E"/>
    <w:rsid w:val="0006063C"/>
    <w:rsid w:val="0015074B"/>
    <w:rsid w:val="0024091D"/>
    <w:rsid w:val="0029639D"/>
    <w:rsid w:val="002D3BB4"/>
    <w:rsid w:val="00326F90"/>
    <w:rsid w:val="00715A79"/>
    <w:rsid w:val="00835711"/>
    <w:rsid w:val="00945515"/>
    <w:rsid w:val="00AA1D8D"/>
    <w:rsid w:val="00B47730"/>
    <w:rsid w:val="00CB0664"/>
    <w:rsid w:val="00DD2CA8"/>
    <w:rsid w:val="00F710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06D406"/>
  <w14:defaultImageDpi w14:val="300"/>
  <w15:docId w15:val="{8BFB62B0-842D-420D-A447-3BDA511CC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Stina Wikström (Västra Götalands Parasportförbund)</cp:lastModifiedBy>
  <cp:revision>2</cp:revision>
  <cp:lastPrinted>2026-02-23T08:59:00Z</cp:lastPrinted>
  <dcterms:created xsi:type="dcterms:W3CDTF">2026-02-25T09:54:00Z</dcterms:created>
  <dcterms:modified xsi:type="dcterms:W3CDTF">2026-02-25T09:54:00Z</dcterms:modified>
  <cp:category/>
</cp:coreProperties>
</file>